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 הפסים - הזברה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עובדות פשוטות על הזברה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הסייח מזהה את אמא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רגשות ודרך להירגע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פעילות 1: שאלות על הזברה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זברה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עשב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פעילות 2: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זברה שונה מהאחרות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על הזברה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פעילות 3: השלימו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סייח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פעילות 4: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(חיה עם פסים שחורים ולבנים)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(קבוצת זברות שחיות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(התינוק של הזברה)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פעילות 5: מה קרה קודם?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הסייח נולד.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הסייח עומד.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פעילות 6: מרגישים ונרגעים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אישית; לציין לפחות שלב אחד מעש״ן ד״ק כמו עצירה או נשימה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שחור ולבן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לפי הפסים המיוחדים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עוצרים, נושמים לאט ואומרים לעצמנו שאנחנו בסדר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התרגול, הקריאו יחד את כל המשפטים על הזברה בקול רם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לתלמידים לצייר פסים על זברה כפעילות פתיחה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בפעילות הרגשות אפשר לתרגל יחד את חמשת השלבים של עש״ן ד״ק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 הפסים - הזברה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על הזברה, הפסים שלה והעדר שבו היא חיה. נתרגל גם מה עושים כשמשהו מפחיד.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סייח  ·  פסים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פעילות 1: שאלות על הזברה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תמונה מתאימה לזברה?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הזברה אוכלת?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פיצה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פעילות 2: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זברה יש פסים משלה.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הסייח מזהה את אמא לפי הפסים.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פעילות 3: השלימו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לזברה יש __________ שחורים ולבנים.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התינוק של הזברה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פעילות 4: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זברה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התינוק של הזברה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חיה עם פסים שחורים ולבנים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סייח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קבוצת זברות שחיות יחד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פעילות 5: מה קרה קודם?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הסייח עומד.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הסייח נולד.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פעילות 6: מרגישים ונרגעים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מתי הרגשתם קצת מפחידים, ומה עושים לפי עש״ן ד״ק כדי להירגע.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הצבעים של הזברה?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הסייח מזהה את אמא שלו?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סוד הפסים - הזברה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