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- הזברה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עובדות פשוטות על הזברה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הסייח מזהה את אמא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רגשות ודרך להירגע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פעילות 1: שאלות על הזברה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שחור ולבן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התינוק של הזברה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פעילות 2: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זברה שונה מהאחרות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זברות חיות יחד בעדר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על הזברה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הזברה אוכלת עשב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פעילות 3: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פעילות 4: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(חיה עם פסים שחורים ולבנים)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(קבוצת זברות שחיות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(התינוק של הזברה)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(האוכל של הזברה)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(עוזרים לכל זברה להיות מיוחדת)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פעילות 5: מה קרה קודם?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הסייח נולד.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הסייח עומד.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הסייח מכיר את אמא לפי הפסים.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הסייח מצטרף לעדר.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פעילות 6: מרגישים ונרגעים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אישית; לציין לפחות שלב אחד מעש״ן ד״ק כמו עצירה או נשימה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שחור ולבן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הפסים המיוחדים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נושמים לאט ואומרים לעצמנו שאנחנו בסדר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התרגול, הקריאו יחד את כל המשפטים על הזברה בקול 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לצייר פסים על זברה כפעילות 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הרגשות אפשר לתרגל יחד את חמשת השלבים של עש״ן ד״ק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- הזברה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על הזברה. לזברה יש פסים. נלמד גם איך להירגע כשמפחדים.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זֶבְּרָה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עם פסים שחורים ולבנים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פַּסִּים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קווים שחורים ולבנים על הגוף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עֵדֶר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זברות שחיות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סַיָח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התינוק של הזברה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עֵשֶׂב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האוכל של הזברה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עש״ן ד״ק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קצרה להירגע כשמפחדים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פעילות 1: שאלות על הזברה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זאת הזברה?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הזברה שמה בפה?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צבעים רואים על הזברה?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 וכחול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 וצהוב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שחור ולבן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כתום וסגול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זה הסייח?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התינוק של האריה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התינוק של הזברה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אמא של הזברה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של הפיל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פעילות 2: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זברה יש פסים 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זברות חיות לבד, בלי חברות.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מזהה את אמא לפי הפסים.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הזברה אוכלת בשר.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פעילות 3: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לזברה יש __________ שחורים ולבנים.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קבוצה של זברות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התינוק של הזברה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הזברה אוכלת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פעילות 4: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עוזרים לכל זברה להיות מיוחדת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חיה עם פסים שחורים ולבנים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זברות שחיות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התינוק של הזברה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האוכל של הזברה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פעילות 5: מה קרה קודם?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מכיר את אמא לפי הפסים.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נולד.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מצטרף לעדר.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עומד.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פעילות 6: מרגישים ונרגעים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מתי הרגשתם קצת מפחידים, ומה עושים לפי עש״ן ד״ק כדי להירגע.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הצבעים של הזברה?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הסייח מזהה את אמא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לפי עש״ן ד״ק כשמשהו מפחיד?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 הפסים - הזברה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